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AB908" w14:textId="77777777" w:rsidR="00E5789C" w:rsidRDefault="00000000">
      <w:pPr>
        <w:pStyle w:val="Balk1"/>
      </w:pPr>
      <w:r>
        <w:t>Çocuk Gelişimi Bölümünden Ortaokul Öğrencilerine 21. Yüzyıl Becerileri Semineri</w:t>
      </w:r>
    </w:p>
    <w:p w14:paraId="7F192173" w14:textId="17E08D5D" w:rsidR="00E5789C" w:rsidRDefault="007F54E8">
      <w:r>
        <w:t xml:space="preserve">                </w:t>
      </w:r>
      <w:r>
        <w:tab/>
      </w:r>
      <w:r>
        <w:tab/>
      </w:r>
      <w:r>
        <w:tab/>
      </w:r>
      <w:r>
        <w:tab/>
      </w:r>
      <w:r>
        <w:tab/>
      </w:r>
      <w:r>
        <w:tab/>
      </w:r>
      <w:r>
        <w:tab/>
      </w:r>
      <w:r>
        <w:tab/>
      </w:r>
      <w:r w:rsidR="00000000">
        <w:t>Tarih: 17.03.2025</w:t>
      </w:r>
      <w:r w:rsidR="00000000">
        <w:br/>
      </w:r>
    </w:p>
    <w:p w14:paraId="022525CE" w14:textId="77777777" w:rsidR="00E5789C" w:rsidRDefault="00000000">
      <w:r>
        <w:t>Sağlık Hizmetleri Meslek Yüksekokulu Çocuk Gelişimi Bölümü akademisyenlerinden Öğr. Gör. Mesut Yılmaz, Cevat Çobanlı Ortaokulu öğrencilerine “21. Yüzyıl Becerileri” konulu bir seminer verdi.</w:t>
      </w:r>
      <w:r>
        <w:br/>
      </w:r>
      <w:r>
        <w:br/>
        <w:t>Etkinlikte öğrenciler, çağımızda öne çıkan iletişim, problem çözme, eleştirel düşünme ve dijital yeterlilik gibi becerilerin önemi hakkında bilgilendirildi. Seminer, ortaokul öğrencilerinin gelecek hedeflerini şekillendirmelerine ve eğitim yaşamlarında farkındalık geliştirmelerine katkı sağladı.</w:t>
      </w:r>
      <w:r>
        <w:br/>
      </w:r>
      <w:r>
        <w:br/>
        <w:t xml:space="preserve">Bu etkinlik, üniversitemizin topluma katkı misyonu kapsamında öğrencilerin gelişim süreçlerine destek olmayı ve bilgi birikimini </w:t>
      </w:r>
      <w:proofErr w:type="spellStart"/>
      <w:r>
        <w:t>yerel</w:t>
      </w:r>
      <w:proofErr w:type="spellEnd"/>
      <w:r>
        <w:t xml:space="preserve"> </w:t>
      </w:r>
      <w:proofErr w:type="spellStart"/>
      <w:r>
        <w:t>topluma</w:t>
      </w:r>
      <w:proofErr w:type="spellEnd"/>
      <w:r>
        <w:t xml:space="preserve"> </w:t>
      </w:r>
      <w:proofErr w:type="spellStart"/>
      <w:r>
        <w:t>aktarmayı</w:t>
      </w:r>
      <w:proofErr w:type="spellEnd"/>
      <w:r>
        <w:t xml:space="preserve"> </w:t>
      </w:r>
      <w:proofErr w:type="spellStart"/>
      <w:r>
        <w:t>amaçlamaktadır</w:t>
      </w:r>
      <w:proofErr w:type="spellEnd"/>
      <w:r>
        <w:t>.</w:t>
      </w:r>
    </w:p>
    <w:p w14:paraId="6627F36D" w14:textId="77777777" w:rsidR="00E5789C" w:rsidRDefault="00000000">
      <w:r>
        <w:rPr>
          <w:noProof/>
        </w:rPr>
        <w:drawing>
          <wp:inline distT="0" distB="0" distL="0" distR="0" wp14:anchorId="4C119CDE" wp14:editId="5ABBD979">
            <wp:extent cx="5029200" cy="377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d6b5a-9df9-4332-9e08-af44439bddc3.png"/>
                    <pic:cNvPicPr/>
                  </pic:nvPicPr>
                  <pic:blipFill>
                    <a:blip r:embed="rId6"/>
                    <a:stretch>
                      <a:fillRect/>
                    </a:stretch>
                  </pic:blipFill>
                  <pic:spPr>
                    <a:xfrm>
                      <a:off x="0" y="0"/>
                      <a:ext cx="5029200" cy="3771900"/>
                    </a:xfrm>
                    <a:prstGeom prst="rect">
                      <a:avLst/>
                    </a:prstGeom>
                  </pic:spPr>
                </pic:pic>
              </a:graphicData>
            </a:graphic>
          </wp:inline>
        </w:drawing>
      </w:r>
    </w:p>
    <w:p w14:paraId="25B28128" w14:textId="77777777" w:rsidR="00E5789C" w:rsidRDefault="00000000">
      <w:r>
        <w:rPr>
          <w:noProof/>
        </w:rPr>
        <w:lastRenderedPageBreak/>
        <w:drawing>
          <wp:inline distT="0" distB="0" distL="0" distR="0" wp14:anchorId="7392D537" wp14:editId="630A8C26">
            <wp:extent cx="5029200" cy="3771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4d878a-1eab-449c-963d-7dbf1d3986a3.png"/>
                    <pic:cNvPicPr/>
                  </pic:nvPicPr>
                  <pic:blipFill>
                    <a:blip r:embed="rId7"/>
                    <a:stretch>
                      <a:fillRect/>
                    </a:stretch>
                  </pic:blipFill>
                  <pic:spPr>
                    <a:xfrm>
                      <a:off x="0" y="0"/>
                      <a:ext cx="5029200" cy="3771900"/>
                    </a:xfrm>
                    <a:prstGeom prst="rect">
                      <a:avLst/>
                    </a:prstGeom>
                  </pic:spPr>
                </pic:pic>
              </a:graphicData>
            </a:graphic>
          </wp:inline>
        </w:drawing>
      </w:r>
    </w:p>
    <w:sectPr w:rsidR="00E5789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A2"/>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ara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Maddemi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Maddemi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ara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Maddemi"/>
      <w:lvlText w:val=""/>
      <w:lvlJc w:val="left"/>
      <w:pPr>
        <w:tabs>
          <w:tab w:val="num" w:pos="360"/>
        </w:tabs>
        <w:ind w:left="360" w:hanging="360"/>
      </w:pPr>
      <w:rPr>
        <w:rFonts w:ascii="Symbol" w:hAnsi="Symbol" w:hint="default"/>
      </w:rPr>
    </w:lvl>
  </w:abstractNum>
  <w:num w:numId="1" w16cid:durableId="930868">
    <w:abstractNumId w:val="8"/>
  </w:num>
  <w:num w:numId="2" w16cid:durableId="1833524407">
    <w:abstractNumId w:val="6"/>
  </w:num>
  <w:num w:numId="3" w16cid:durableId="724766800">
    <w:abstractNumId w:val="5"/>
  </w:num>
  <w:num w:numId="4" w16cid:durableId="359937173">
    <w:abstractNumId w:val="4"/>
  </w:num>
  <w:num w:numId="5" w16cid:durableId="1297495189">
    <w:abstractNumId w:val="7"/>
  </w:num>
  <w:num w:numId="6" w16cid:durableId="1776900611">
    <w:abstractNumId w:val="3"/>
  </w:num>
  <w:num w:numId="7" w16cid:durableId="860435368">
    <w:abstractNumId w:val="2"/>
  </w:num>
  <w:num w:numId="8" w16cid:durableId="1949659414">
    <w:abstractNumId w:val="1"/>
  </w:num>
  <w:num w:numId="9" w16cid:durableId="1417163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29639D"/>
    <w:rsid w:val="00326F90"/>
    <w:rsid w:val="00630DC3"/>
    <w:rsid w:val="007F54E8"/>
    <w:rsid w:val="00AA1D8D"/>
    <w:rsid w:val="00B47730"/>
    <w:rsid w:val="00CB0664"/>
    <w:rsid w:val="00E5789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22CD8D"/>
  <w14:defaultImageDpi w14:val="300"/>
  <w15:docId w15:val="{1B7AF319-7389-1A40-922F-6C394862D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Balk1">
    <w:name w:val="heading 1"/>
    <w:basedOn w:val="Normal"/>
    <w:next w:val="Normal"/>
    <w:link w:val="Balk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alk9">
    <w:name w:val="heading 9"/>
    <w:basedOn w:val="Normal"/>
    <w:next w:val="Normal"/>
    <w:link w:val="Balk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618BF"/>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E618BF"/>
  </w:style>
  <w:style w:type="paragraph" w:styleId="AltBilgi">
    <w:name w:val="footer"/>
    <w:basedOn w:val="Normal"/>
    <w:link w:val="AltBilgiChar"/>
    <w:uiPriority w:val="99"/>
    <w:unhideWhenUsed/>
    <w:rsid w:val="00E618BF"/>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E618BF"/>
  </w:style>
  <w:style w:type="paragraph" w:styleId="AralkYok">
    <w:name w:val="No Spacing"/>
    <w:uiPriority w:val="1"/>
    <w:qFormat/>
    <w:rsid w:val="00FC693F"/>
    <w:pPr>
      <w:spacing w:after="0" w:line="240" w:lineRule="auto"/>
    </w:pPr>
  </w:style>
  <w:style w:type="character" w:customStyle="1" w:styleId="Balk1Char">
    <w:name w:val="Başlık 1 Char"/>
    <w:basedOn w:val="VarsaylanParagrafYazTipi"/>
    <w:link w:val="Bal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FC693F"/>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FC693F"/>
    <w:rPr>
      <w:rFonts w:asciiTheme="majorHAnsi" w:eastAsiaTheme="majorEastAsia" w:hAnsiTheme="majorHAnsi" w:cstheme="majorBidi"/>
      <w:b/>
      <w:bCs/>
      <w:color w:val="4F81BD" w:themeColor="accent1"/>
    </w:rPr>
  </w:style>
  <w:style w:type="paragraph" w:styleId="KonuBal">
    <w:name w:val="Title"/>
    <w:basedOn w:val="Normal"/>
    <w:next w:val="Normal"/>
    <w:link w:val="KonuBa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yazChar">
    <w:name w:val="Altyazı Char"/>
    <w:basedOn w:val="VarsaylanParagrafYazTipi"/>
    <w:link w:val="Altyaz"/>
    <w:uiPriority w:val="11"/>
    <w:rsid w:val="00FC693F"/>
    <w:rPr>
      <w:rFonts w:asciiTheme="majorHAnsi" w:eastAsiaTheme="majorEastAsia" w:hAnsiTheme="majorHAnsi" w:cstheme="majorBidi"/>
      <w:i/>
      <w:iCs/>
      <w:color w:val="4F81BD" w:themeColor="accent1"/>
      <w:spacing w:val="15"/>
      <w:sz w:val="24"/>
      <w:szCs w:val="24"/>
    </w:rPr>
  </w:style>
  <w:style w:type="paragraph" w:styleId="ListeParagraf">
    <w:name w:val="List Paragraph"/>
    <w:basedOn w:val="Normal"/>
    <w:uiPriority w:val="34"/>
    <w:qFormat/>
    <w:rsid w:val="00FC693F"/>
    <w:pPr>
      <w:ind w:left="720"/>
      <w:contextualSpacing/>
    </w:pPr>
  </w:style>
  <w:style w:type="paragraph" w:styleId="GvdeMetni">
    <w:name w:val="Body Text"/>
    <w:basedOn w:val="Normal"/>
    <w:link w:val="GvdeMetniChar"/>
    <w:uiPriority w:val="99"/>
    <w:unhideWhenUsed/>
    <w:rsid w:val="00AA1D8D"/>
    <w:pPr>
      <w:spacing w:after="120"/>
    </w:pPr>
  </w:style>
  <w:style w:type="character" w:customStyle="1" w:styleId="GvdeMetniChar">
    <w:name w:val="Gövde Metni Char"/>
    <w:basedOn w:val="VarsaylanParagrafYazTipi"/>
    <w:link w:val="GvdeMetni"/>
    <w:uiPriority w:val="99"/>
    <w:rsid w:val="00AA1D8D"/>
  </w:style>
  <w:style w:type="paragraph" w:styleId="GvdeMetni2">
    <w:name w:val="Body Text 2"/>
    <w:basedOn w:val="Normal"/>
    <w:link w:val="GvdeMetni2Char"/>
    <w:uiPriority w:val="99"/>
    <w:unhideWhenUsed/>
    <w:rsid w:val="00AA1D8D"/>
    <w:pPr>
      <w:spacing w:after="120" w:line="480" w:lineRule="auto"/>
    </w:pPr>
  </w:style>
  <w:style w:type="character" w:customStyle="1" w:styleId="GvdeMetni2Char">
    <w:name w:val="Gövde Metni 2 Char"/>
    <w:basedOn w:val="VarsaylanParagrafYazTipi"/>
    <w:link w:val="GvdeMetni2"/>
    <w:uiPriority w:val="99"/>
    <w:rsid w:val="00AA1D8D"/>
  </w:style>
  <w:style w:type="paragraph" w:styleId="GvdeMetni3">
    <w:name w:val="Body Text 3"/>
    <w:basedOn w:val="Normal"/>
    <w:link w:val="GvdeMetni3Char"/>
    <w:uiPriority w:val="99"/>
    <w:unhideWhenUsed/>
    <w:rsid w:val="00AA1D8D"/>
    <w:pPr>
      <w:spacing w:after="120"/>
    </w:pPr>
    <w:rPr>
      <w:sz w:val="16"/>
      <w:szCs w:val="16"/>
    </w:rPr>
  </w:style>
  <w:style w:type="character" w:customStyle="1" w:styleId="GvdeMetni3Char">
    <w:name w:val="Gövde Metni 3 Char"/>
    <w:basedOn w:val="VarsaylanParagrafYazTipi"/>
    <w:link w:val="GvdeMetni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Maddemi">
    <w:name w:val="List Bullet"/>
    <w:basedOn w:val="Normal"/>
    <w:uiPriority w:val="99"/>
    <w:unhideWhenUsed/>
    <w:rsid w:val="00326F90"/>
    <w:pPr>
      <w:numPr>
        <w:numId w:val="1"/>
      </w:numPr>
      <w:contextualSpacing/>
    </w:pPr>
  </w:style>
  <w:style w:type="paragraph" w:styleId="ListeMaddemi2">
    <w:name w:val="List Bullet 2"/>
    <w:basedOn w:val="Normal"/>
    <w:uiPriority w:val="99"/>
    <w:unhideWhenUsed/>
    <w:rsid w:val="00326F90"/>
    <w:pPr>
      <w:numPr>
        <w:numId w:val="2"/>
      </w:numPr>
      <w:contextualSpacing/>
    </w:pPr>
  </w:style>
  <w:style w:type="paragraph" w:styleId="ListeMaddemi3">
    <w:name w:val="List Bullet 3"/>
    <w:basedOn w:val="Normal"/>
    <w:uiPriority w:val="99"/>
    <w:unhideWhenUsed/>
    <w:rsid w:val="00326F90"/>
    <w:pPr>
      <w:numPr>
        <w:numId w:val="3"/>
      </w:numPr>
      <w:contextualSpacing/>
    </w:pPr>
  </w:style>
  <w:style w:type="paragraph" w:styleId="ListeNumaras">
    <w:name w:val="List Number"/>
    <w:basedOn w:val="Normal"/>
    <w:uiPriority w:val="99"/>
    <w:unhideWhenUsed/>
    <w:rsid w:val="00326F90"/>
    <w:pPr>
      <w:numPr>
        <w:numId w:val="5"/>
      </w:numPr>
      <w:contextualSpacing/>
    </w:pPr>
  </w:style>
  <w:style w:type="paragraph" w:styleId="ListeNumaras2">
    <w:name w:val="List Number 2"/>
    <w:basedOn w:val="Normal"/>
    <w:uiPriority w:val="99"/>
    <w:unhideWhenUsed/>
    <w:rsid w:val="0029639D"/>
    <w:pPr>
      <w:numPr>
        <w:numId w:val="6"/>
      </w:numPr>
      <w:contextualSpacing/>
    </w:pPr>
  </w:style>
  <w:style w:type="paragraph" w:styleId="ListeNumaras3">
    <w:name w:val="List Number 3"/>
    <w:basedOn w:val="Normal"/>
    <w:uiPriority w:val="99"/>
    <w:unhideWhenUsed/>
    <w:rsid w:val="0029639D"/>
    <w:pPr>
      <w:numPr>
        <w:numId w:val="7"/>
      </w:numPr>
      <w:contextualSpacing/>
    </w:pPr>
  </w:style>
  <w:style w:type="paragraph" w:styleId="ListeDevam">
    <w:name w:val="List Continue"/>
    <w:basedOn w:val="Normal"/>
    <w:uiPriority w:val="99"/>
    <w:unhideWhenUsed/>
    <w:rsid w:val="0029639D"/>
    <w:pPr>
      <w:spacing w:after="120"/>
      <w:ind w:left="360"/>
      <w:contextualSpacing/>
    </w:pPr>
  </w:style>
  <w:style w:type="paragraph" w:styleId="ListeDevam2">
    <w:name w:val="List Continue 2"/>
    <w:basedOn w:val="Normal"/>
    <w:uiPriority w:val="99"/>
    <w:unhideWhenUsed/>
    <w:rsid w:val="0029639D"/>
    <w:pPr>
      <w:spacing w:after="120"/>
      <w:ind w:left="720"/>
      <w:contextualSpacing/>
    </w:pPr>
  </w:style>
  <w:style w:type="paragraph" w:styleId="ListeDevam3">
    <w:name w:val="List Continue 3"/>
    <w:basedOn w:val="Normal"/>
    <w:uiPriority w:val="99"/>
    <w:unhideWhenUsed/>
    <w:rsid w:val="0029639D"/>
    <w:pPr>
      <w:spacing w:after="120"/>
      <w:ind w:left="1080"/>
      <w:contextualSpacing/>
    </w:pPr>
  </w:style>
  <w:style w:type="paragraph" w:styleId="MakroMetni">
    <w:name w:val="macro"/>
    <w:link w:val="MakroMetni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MetniChar">
    <w:name w:val="Makro Metni Char"/>
    <w:basedOn w:val="VarsaylanParagrafYazTipi"/>
    <w:link w:val="MakroMetni"/>
    <w:uiPriority w:val="99"/>
    <w:rsid w:val="0029639D"/>
    <w:rPr>
      <w:rFonts w:ascii="Courier" w:hAnsi="Courier"/>
      <w:sz w:val="20"/>
      <w:szCs w:val="20"/>
    </w:rPr>
  </w:style>
  <w:style w:type="paragraph" w:styleId="Alnt">
    <w:name w:val="Quote"/>
    <w:basedOn w:val="Normal"/>
    <w:next w:val="Normal"/>
    <w:link w:val="AlntChar"/>
    <w:uiPriority w:val="29"/>
    <w:qFormat/>
    <w:rsid w:val="00FC693F"/>
    <w:rPr>
      <w:i/>
      <w:iCs/>
      <w:color w:val="000000" w:themeColor="text1"/>
    </w:rPr>
  </w:style>
  <w:style w:type="character" w:customStyle="1" w:styleId="AlntChar">
    <w:name w:val="Alıntı Char"/>
    <w:basedOn w:val="VarsaylanParagrafYazTipi"/>
    <w:link w:val="Alnt"/>
    <w:uiPriority w:val="29"/>
    <w:rsid w:val="00FC693F"/>
    <w:rPr>
      <w:i/>
      <w:iCs/>
      <w:color w:val="000000" w:themeColor="text1"/>
    </w:rPr>
  </w:style>
  <w:style w:type="character" w:customStyle="1" w:styleId="Balk4Char">
    <w:name w:val="Başlık 4 Char"/>
    <w:basedOn w:val="VarsaylanParagrafYazTipi"/>
    <w:link w:val="Balk4"/>
    <w:uiPriority w:val="9"/>
    <w:semiHidden/>
    <w:rsid w:val="00FC693F"/>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semiHidden/>
    <w:rsid w:val="00FC693F"/>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semiHidden/>
    <w:rsid w:val="00FC693F"/>
    <w:rPr>
      <w:rFonts w:asciiTheme="majorHAnsi" w:eastAsiaTheme="majorEastAsia" w:hAnsiTheme="majorHAnsi" w:cstheme="majorBidi"/>
      <w:i/>
      <w:iCs/>
      <w:color w:val="243F60" w:themeColor="accent1" w:themeShade="7F"/>
    </w:rPr>
  </w:style>
  <w:style w:type="character" w:customStyle="1" w:styleId="Balk7Char">
    <w:name w:val="Başlık 7 Char"/>
    <w:basedOn w:val="VarsaylanParagrafYazTipi"/>
    <w:link w:val="Balk7"/>
    <w:uiPriority w:val="9"/>
    <w:semiHidden/>
    <w:rsid w:val="00FC693F"/>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FC693F"/>
    <w:rPr>
      <w:rFonts w:asciiTheme="majorHAnsi" w:eastAsiaTheme="majorEastAsia" w:hAnsiTheme="majorHAnsi" w:cstheme="majorBidi"/>
      <w:color w:val="4F81BD" w:themeColor="accent1"/>
      <w:sz w:val="20"/>
      <w:szCs w:val="20"/>
    </w:rPr>
  </w:style>
  <w:style w:type="character" w:customStyle="1" w:styleId="Balk9Char">
    <w:name w:val="Başlık 9 Char"/>
    <w:basedOn w:val="VarsaylanParagrafYazTipi"/>
    <w:link w:val="Balk9"/>
    <w:uiPriority w:val="9"/>
    <w:semiHidden/>
    <w:rsid w:val="00FC693F"/>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Gl">
    <w:name w:val="Strong"/>
    <w:basedOn w:val="VarsaylanParagrafYazTipi"/>
    <w:uiPriority w:val="22"/>
    <w:qFormat/>
    <w:rsid w:val="00FC693F"/>
    <w:rPr>
      <w:b/>
      <w:bCs/>
    </w:rPr>
  </w:style>
  <w:style w:type="character" w:styleId="Vurgu">
    <w:name w:val="Emphasis"/>
    <w:basedOn w:val="VarsaylanParagrafYazTipi"/>
    <w:uiPriority w:val="20"/>
    <w:qFormat/>
    <w:rsid w:val="00FC693F"/>
    <w:rPr>
      <w:i/>
      <w:iCs/>
    </w:rPr>
  </w:style>
  <w:style w:type="paragraph" w:styleId="GlAlnt">
    <w:name w:val="Intense Quote"/>
    <w:basedOn w:val="Normal"/>
    <w:next w:val="Normal"/>
    <w:link w:val="GlAln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FC693F"/>
    <w:rPr>
      <w:b/>
      <w:bCs/>
      <w:i/>
      <w:iCs/>
      <w:color w:val="4F81BD" w:themeColor="accent1"/>
    </w:rPr>
  </w:style>
  <w:style w:type="character" w:styleId="HafifVurgulama">
    <w:name w:val="Subtle Emphasis"/>
    <w:basedOn w:val="VarsaylanParagrafYazTipi"/>
    <w:uiPriority w:val="19"/>
    <w:qFormat/>
    <w:rsid w:val="00FC693F"/>
    <w:rPr>
      <w:i/>
      <w:iCs/>
      <w:color w:val="808080" w:themeColor="text1" w:themeTint="7F"/>
    </w:rPr>
  </w:style>
  <w:style w:type="character" w:styleId="GlVurgulama">
    <w:name w:val="Intense Emphasis"/>
    <w:basedOn w:val="VarsaylanParagrafYazTipi"/>
    <w:uiPriority w:val="21"/>
    <w:qFormat/>
    <w:rsid w:val="00FC693F"/>
    <w:rPr>
      <w:b/>
      <w:bCs/>
      <w:i/>
      <w:iCs/>
      <w:color w:val="4F81BD" w:themeColor="accent1"/>
    </w:rPr>
  </w:style>
  <w:style w:type="character" w:styleId="HafifBavuru">
    <w:name w:val="Subtle Reference"/>
    <w:basedOn w:val="VarsaylanParagrafYazTipi"/>
    <w:uiPriority w:val="31"/>
    <w:qFormat/>
    <w:rsid w:val="00FC693F"/>
    <w:rPr>
      <w:smallCaps/>
      <w:color w:val="C0504D" w:themeColor="accent2"/>
      <w:u w:val="single"/>
    </w:rPr>
  </w:style>
  <w:style w:type="character" w:styleId="GlBavuru">
    <w:name w:val="Intense Reference"/>
    <w:basedOn w:val="VarsaylanParagrafYazTipi"/>
    <w:uiPriority w:val="32"/>
    <w:qFormat/>
    <w:rsid w:val="00FC693F"/>
    <w:rPr>
      <w:b/>
      <w:bCs/>
      <w:smallCaps/>
      <w:color w:val="C0504D" w:themeColor="accent2"/>
      <w:spacing w:val="5"/>
      <w:u w:val="single"/>
    </w:rPr>
  </w:style>
  <w:style w:type="character" w:styleId="KitapBal">
    <w:name w:val="Book Title"/>
    <w:basedOn w:val="VarsaylanParagrafYazTipi"/>
    <w:uiPriority w:val="33"/>
    <w:qFormat/>
    <w:rsid w:val="00FC693F"/>
    <w:rPr>
      <w:b/>
      <w:bCs/>
      <w:smallCaps/>
      <w:spacing w:val="5"/>
    </w:rPr>
  </w:style>
  <w:style w:type="paragraph" w:styleId="TBal">
    <w:name w:val="TOC Heading"/>
    <w:basedOn w:val="Balk1"/>
    <w:next w:val="Normal"/>
    <w:uiPriority w:val="39"/>
    <w:semiHidden/>
    <w:unhideWhenUsed/>
    <w:qFormat/>
    <w:rsid w:val="00FC693F"/>
    <w:pPr>
      <w:outlineLvl w:val="9"/>
    </w:pPr>
  </w:style>
  <w:style w:type="table" w:styleId="TabloKlavuzu">
    <w:name w:val="Table Grid"/>
    <w:basedOn w:val="NormalTablo"/>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Glgeleme-Vurgu5">
    <w:name w:val="Light Shading Accent 5"/>
    <w:basedOn w:val="NormalTablo"/>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Glgeleme-Vurgu6">
    <w:name w:val="Light Shading Accent 6"/>
    <w:basedOn w:val="NormalTablo"/>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kListe">
    <w:name w:val="Light List"/>
    <w:basedOn w:val="NormalTablo"/>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Liste-Vurgu3">
    <w:name w:val="Light List Accent 3"/>
    <w:basedOn w:val="NormalTablo"/>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4">
    <w:name w:val="Light List Accent 4"/>
    <w:basedOn w:val="NormalTablo"/>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AkListe-Vurgu5">
    <w:name w:val="Light List Accent 5"/>
    <w:basedOn w:val="NormalTablo"/>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AkListe-Vurgu6">
    <w:name w:val="Light List Accent 6"/>
    <w:basedOn w:val="NormalTablo"/>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Klavuz">
    <w:name w:val="Light Grid"/>
    <w:basedOn w:val="NormalTablo"/>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Vurgu2">
    <w:name w:val="Light Grid Accent 2"/>
    <w:basedOn w:val="NormalTablo"/>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AkKlavuz-Vurgu3">
    <w:name w:val="Light Grid Accent 3"/>
    <w:basedOn w:val="NormalTablo"/>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AkKlavuz-Vurgu4">
    <w:name w:val="Light Grid Accent 4"/>
    <w:basedOn w:val="NormalTablo"/>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5">
    <w:name w:val="Light Grid Accent 5"/>
    <w:basedOn w:val="NormalTablo"/>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6">
    <w:name w:val="Light Grid Accent 6"/>
    <w:basedOn w:val="NormalTablo"/>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Glgeleme1">
    <w:name w:val="Medium Shading 1"/>
    <w:basedOn w:val="NormalTablo"/>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1">
    <w:name w:val="Medium Shading 2 Accent 1"/>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4">
    <w:name w:val="Medium Shading 2 Accent 4"/>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1">
    <w:name w:val="Medium List 1"/>
    <w:basedOn w:val="NormalTablo"/>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OrtaListe1-Vurgu5">
    <w:name w:val="Medium List 1 Accent 5"/>
    <w:basedOn w:val="NormalTablo"/>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e1-Vurgu6">
    <w:name w:val="Medium List 1 Accent 6"/>
    <w:basedOn w:val="NormalTablo"/>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OrtaListe2">
    <w:name w:val="Medium Lis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
    <w:name w:val="Medium Grid 1"/>
    <w:basedOn w:val="NormalTablo"/>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2">
    <w:name w:val="Medium Grid 1 Accent 2"/>
    <w:basedOn w:val="NormalTablo"/>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1-Vurgu3">
    <w:name w:val="Medium Grid 1 Accent 3"/>
    <w:basedOn w:val="NormalTablo"/>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6">
    <w:name w:val="Medium Grid 1 Accent 6"/>
    <w:basedOn w:val="NormalTablo"/>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
    <w:name w:val="Medium Grid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2">
    <w:name w:val="Medium Grid 3 Accent 2"/>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OrtaKlavuz3-Vurgu3">
    <w:name w:val="Medium Grid 3 Accent 3"/>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Klavuz3-Vurgu4">
    <w:name w:val="Medium Grid 3 Accent 4"/>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OrtaKlavuz3-Vurgu5">
    <w:name w:val="Medium Grid 3 Accent 5"/>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OrtaKlavuz3-Vurgu6">
    <w:name w:val="Medium Grid 3 Accent 6"/>
    <w:basedOn w:val="NormalTablo"/>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KoyuListe">
    <w:name w:val="Dark List"/>
    <w:basedOn w:val="NormalTablo"/>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KoyuListe-Vurgu2">
    <w:name w:val="Dark List Accent 2"/>
    <w:basedOn w:val="NormalTablo"/>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KoyuListe-Vurgu3">
    <w:name w:val="Dark List Accent 3"/>
    <w:basedOn w:val="NormalTablo"/>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KoyuListe-Vurgu4">
    <w:name w:val="Dark List Accent 4"/>
    <w:basedOn w:val="NormalTablo"/>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KoyuListe-Vurgu5">
    <w:name w:val="Dark List Accent 5"/>
    <w:basedOn w:val="NormalTablo"/>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6">
    <w:name w:val="Dark List Accent 6"/>
    <w:basedOn w:val="NormalTablo"/>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RenkliGlgeleme">
    <w:name w:val="Colorful Shading"/>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RenkliGlgeleme-Vurgu4">
    <w:name w:val="Colorful Shading Accent 4"/>
    <w:basedOn w:val="NormalTablo"/>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RenkliListe">
    <w:name w:val="Colorful List"/>
    <w:basedOn w:val="NormalTablo"/>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6">
    <w:name w:val="Colorful List Accent 6"/>
    <w:basedOn w:val="NormalTablo"/>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RenkliKlavuz">
    <w:name w:val="Colorful Grid"/>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nkliKlavuz-Vurgu2">
    <w:name w:val="Colorful Grid Accent 2"/>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nkliKlavuz-Vurgu3">
    <w:name w:val="Colorful Grid Accent 3"/>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nkliKlavuz-Vurgu4">
    <w:name w:val="Colorful Grid Accent 4"/>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nkliKlavuz-Vurgu5">
    <w:name w:val="Colorful Grid Accent 5"/>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6">
    <w:name w:val="Colorful Grid Accent 6"/>
    <w:basedOn w:val="NormalTablo"/>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117</Words>
  <Characters>669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Hanifi Korkmaz</cp:lastModifiedBy>
  <cp:revision>2</cp:revision>
  <dcterms:created xsi:type="dcterms:W3CDTF">2013-12-23T23:15:00Z</dcterms:created>
  <dcterms:modified xsi:type="dcterms:W3CDTF">2025-09-26T10:49:00Z</dcterms:modified>
  <cp:category/>
</cp:coreProperties>
</file>